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</w:rPr>
        <w:t>[Date]</w:t>
      </w:r>
    </w:p>
    <w:p>
      <w:r>
        <w:rPr>
          <w:b w:val="0"/>
        </w:rPr>
        <w:t>Dear [Employer’s Name],</w:t>
      </w:r>
    </w:p>
    <w:p>
      <w:r>
        <w:t xml:space="preserve">I’m requesting funding to enrol in the </w:t>
      </w:r>
      <w:r>
        <w:rPr>
          <w:b/>
        </w:rPr>
        <w:t>Certified CyberDefender Level 2 (CCDL2)</w:t>
      </w:r>
      <w:r>
        <w:t xml:space="preserve"> certification from CyberDefenders. As a [Your Role], CCDL2 will strengthen my practical skills in incident response, digital forensics, threat hunting, malware analysis, and advanced security operations.</w:t>
      </w:r>
    </w:p>
    <w:p>
      <w:r>
        <w:rPr>
          <w:b w:val="0"/>
        </w:rPr>
        <w:t>Here’s why CCDL2 is a worthwhile investment for my role and our team:</w:t>
      </w:r>
    </w:p>
    <w:p>
      <w:pPr>
        <w:ind w:left="216" w:hanging="216"/>
      </w:pPr>
      <w:r>
        <w:t xml:space="preserve">• </w:t>
      </w:r>
      <w:r>
        <w:rPr>
          <w:b/>
        </w:rPr>
        <w:t>Advanced Practical Skills:</w:t>
      </w:r>
      <w:r>
        <w:t xml:space="preserve"> Hands-on training based on real-world incident response, forensics, threat hunting, and malware investigations.</w:t>
      </w:r>
    </w:p>
    <w:p>
      <w:pPr>
        <w:ind w:left="216" w:hanging="216"/>
      </w:pPr>
      <w:r>
        <w:t xml:space="preserve">• </w:t>
      </w:r>
      <w:r>
        <w:rPr>
          <w:b/>
        </w:rPr>
        <w:t>Industry Alignment:</w:t>
      </w:r>
      <w:r>
        <w:t xml:space="preserve"> The skills covered align with recognized cybersecurity workforce roles and frameworks.</w:t>
      </w:r>
    </w:p>
    <w:p>
      <w:pPr>
        <w:ind w:left="216" w:hanging="216"/>
      </w:pPr>
      <w:r>
        <w:t xml:space="preserve">• </w:t>
      </w:r>
      <w:r>
        <w:rPr>
          <w:b/>
        </w:rPr>
        <w:t>Immediate Application:</w:t>
      </w:r>
      <w:r>
        <w:t xml:space="preserve"> I can apply these skills to investigate complex incidents, analyze evidence, hunt for threats, and support security investigations.</w:t>
      </w:r>
    </w:p>
    <w:p>
      <w:pPr>
        <w:ind w:left="216" w:hanging="216"/>
      </w:pPr>
      <w:r>
        <w:t xml:space="preserve">• </w:t>
      </w:r>
      <w:r>
        <w:rPr>
          <w:b/>
        </w:rPr>
        <w:t>Professional Development:</w:t>
      </w:r>
      <w:r>
        <w:t xml:space="preserve"> The certification provides a structured way to validate and deepen my advanced cybersecurity skills.</w:t>
      </w:r>
    </w:p>
    <w:p>
      <w:r>
        <w:rPr>
          <w:b/>
        </w:rPr>
        <w:t>Estimated Cost:</w:t>
      </w:r>
    </w:p>
    <w:p>
      <w:r>
        <w:rPr>
          <w:b w:val="0"/>
        </w:rPr>
        <w:t>CCDL2 certification and training: [Amount + Currency]</w:t>
      </w:r>
    </w:p>
    <w:p>
      <w:r>
        <w:rPr>
          <w:b/>
        </w:rPr>
        <w:t>Total: [Amount + Currency]</w:t>
      </w:r>
    </w:p>
    <w:p>
      <w:r>
        <w:rPr>
          <w:b w:val="0"/>
        </w:rPr>
        <w:t>I believe this investment will support my professional development while helping me contribute more effectively to our organization’s cybersecurity operations.</w:t>
      </w:r>
    </w:p>
    <w:p>
      <w:r>
        <w:rPr>
          <w:b w:val="0"/>
        </w:rPr>
        <w:t>Thank you for considering my request. I’m happy to discuss how CCDL2 aligns with my role and our team’s security goals.</w:t>
      </w:r>
    </w:p>
    <w:p>
      <w:r>
        <w:rPr>
          <w:b w:val="0"/>
        </w:rPr>
        <w:t>Sincerely,</w:t>
      </w:r>
    </w:p>
    <w:p>
      <w:r>
        <w:rPr>
          <w:b w:val="0"/>
        </w:rPr>
        <w:t>[Your Name]</w:t>
      </w:r>
    </w:p>
    <w:p>
      <w:r>
        <w:rPr>
          <w:b w:val="0"/>
        </w:rPr>
        <w:t>[Your Position]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